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color w:val="194F63"/>
          <w:sz w:val="28"/>
        </w:rPr>
        <w:t>SPOLEK PRO ATYPICKÉ PARKINSONSKÉ SYNDROMY, z. s.</w:t>
      </w:r>
    </w:p>
    <w:p>
      <w:pPr>
        <w:spacing w:after="200"/>
        <w:jc w:val="center"/>
      </w:pPr>
      <w:r>
        <w:rPr>
          <w:b/>
          <w:color w:val="116270"/>
          <w:sz w:val="44"/>
        </w:rPr>
        <w:t>ČLENSKÁ PŘIHLÁŠKA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8F5F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/>
            </w:pPr>
            <w:r>
              <w:rPr>
                <w:b/>
                <w:color w:val="194F63"/>
                <w:sz w:val="19"/>
              </w:rPr>
              <w:t>Členství je bezplatné. Členem se může stát pacient, pečující, rodinný příslušník, zdravotník i další podporovatel činnosti spolku.</w:t>
            </w:r>
          </w:p>
        </w:tc>
      </w:tr>
    </w:tbl>
    <w:p>
      <w:pPr>
        <w:spacing w:after="0"/>
      </w:pPr>
    </w:p>
    <w:p>
      <w:pPr>
        <w:spacing w:before="40" w:after="100"/>
      </w:pPr>
      <w:r>
        <w:rPr>
          <w:b/>
          <w:color w:val="116270"/>
          <w:sz w:val="26"/>
        </w:rPr>
        <w:t>1. Údaje žadatele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60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1F5"/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9"/>
              </w:rPr>
              <w:t>Jméno a příjmení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60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1F5"/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9"/>
              </w:rPr>
              <w:t>Datum narození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60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1F5"/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9"/>
              </w:rPr>
              <w:t>Adresa trvalého bydliště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60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1F5"/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9"/>
              </w:rPr>
              <w:t>Korespondenční adresa (je-li odlišná)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60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1F5"/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9"/>
              </w:rPr>
              <w:t>Telefon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60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1F5"/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9"/>
              </w:rPr>
              <w:t>E-mail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B8C5CC"/>
              <w:left w:val="single" w:sz="4" w:color="B8C5CC"/>
              <w:bottom w:val="single" w:sz="4" w:color="B8C5CC"/>
              <w:right w:val="single" w:sz="4" w:color="B8C5CC"/>
              <w:insideH w:val="single" w:sz="4" w:color="B8C5CC"/>
              <w:insideV w:val="single" w:sz="4" w:color="B8C5CC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after="0"/>
      </w:pPr>
    </w:p>
    <w:p>
      <w:pPr>
        <w:spacing w:before="60" w:after="100"/>
      </w:pPr>
      <w:r>
        <w:rPr>
          <w:b/>
          <w:color w:val="116270"/>
          <w:sz w:val="26"/>
        </w:rPr>
        <w:t>2. Vztah k problematice atypických parkinsonských syndromů</w:t>
      </w:r>
    </w:p>
    <w:p>
      <w:pPr>
        <w:spacing w:after="80"/>
      </w:pPr>
      <w:r>
        <w:rPr>
          <w:b/>
        </w:rPr>
        <w:t>Zaškrtněte jednu nebo více možností: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5F8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pacient/pacientka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rodinný příslušník nebo jiná blízká osoba</w:t>
            </w:r>
          </w:p>
        </w:tc>
      </w:tr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5F8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neformální pečující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profesionální pečující</w:t>
            </w:r>
          </w:p>
        </w:tc>
      </w:tr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5F8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lékař/ka nebo jiný zdravotnický pracovník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pracovník/pracovnice v sociálních službách</w:t>
            </w:r>
          </w:p>
        </w:tc>
      </w:tr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5F8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student/ka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podporovatel/ka spolku</w:t>
            </w:r>
          </w:p>
        </w:tc>
      </w:tr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5F8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☐ jiné: __________________________________________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  <w:color w:val="116270"/>
          <w:sz w:val="26"/>
        </w:rPr>
        <w:t>3. Způsob zapojení</w:t>
      </w:r>
    </w:p>
    <w:p>
      <w:pPr>
        <w:spacing w:after="60"/>
      </w:pPr>
      <w:r>
        <w:t>☐ Mám zájem aktivně se zapojovat do činnosti spolku.</w:t>
      </w:r>
    </w:p>
    <w:p>
      <w:pPr>
        <w:spacing w:after="60"/>
      </w:pPr>
      <w:r>
        <w:t>☐ Chci spolek podpořit členstvím bez pravidelného aktivního zapojení.</w:t>
      </w:r>
    </w:p>
    <w:p>
      <w:pPr>
        <w:spacing w:after="60"/>
      </w:pPr>
      <w:r>
        <w:t>☐ O způsobu zapojení se rozhodnu později.</w:t>
      </w:r>
    </w:p>
    <w:p>
      <w:pPr>
        <w:spacing w:before="80" w:after="80"/>
      </w:pPr>
      <w:r>
        <w:rPr>
          <w:b/>
          <w:color w:val="116270"/>
          <w:sz w:val="26"/>
        </w:rPr>
        <w:t>4. Prohlášení žadatele</w:t>
      </w:r>
    </w:p>
    <w:p>
      <w:pPr>
        <w:spacing w:after="60"/>
        <w:ind w:left="113" w:hanging="113"/>
      </w:pPr>
      <w:r>
        <w:rPr>
          <w:b/>
        </w:rPr>
        <w:t xml:space="preserve">• </w:t>
      </w:r>
      <w:r>
        <w:t>Žádám o přijetí za člena/členku Spolku pro atypické parkinsonské syndromy, z. s.</w:t>
      </w:r>
    </w:p>
    <w:p>
      <w:pPr>
        <w:spacing w:after="60"/>
        <w:ind w:left="113" w:hanging="113"/>
      </w:pPr>
      <w:r>
        <w:rPr>
          <w:b/>
        </w:rPr>
        <w:t xml:space="preserve">• </w:t>
      </w:r>
      <w:r>
        <w:t>Prohlašuji, že se ztotožňuji s posláním a cíli spolku a budu dodržovat jeho stanovy a rozhodnutí orgánů spolku.</w:t>
      </w:r>
    </w:p>
    <w:p>
      <w:pPr>
        <w:spacing w:after="60"/>
        <w:ind w:left="113" w:hanging="113"/>
      </w:pPr>
      <w:r>
        <w:rPr>
          <w:b/>
        </w:rPr>
        <w:t xml:space="preserve">• </w:t>
      </w:r>
      <w:r>
        <w:t>Souhlasím se zpracováním osobních údajů uvedených v této přihlášce pro účely vedení členské evidence, správy členství a komunikace související s činností spolku. Beru na vědomí, že podrobné informace o zpracování osobních údajů mají být dostupné u spolku.</w:t>
      </w:r>
    </w:p>
    <w:p>
      <w:pPr>
        <w:spacing w:after="60"/>
        <w:ind w:left="113" w:hanging="113"/>
      </w:pPr>
      <w:r>
        <w:rPr>
          <w:b/>
        </w:rPr>
        <w:t xml:space="preserve">• </w:t>
      </w:r>
      <w:r>
        <w:t>Beru na vědomí, že členství vzniká způsobem stanoveným platnými stanovami spolku.</w:t>
      </w:r>
    </w:p>
    <w:p>
      <w:pPr>
        <w:spacing w:before="14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  <w:t>V __________________ dne __________________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  <w:t>________________________________________</w:t>
            </w:r>
          </w:p>
        </w:tc>
      </w:tr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5A5A5A"/>
                <w:sz w:val="16"/>
              </w:rPr>
              <w:t>Místo a datum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5A5A5A"/>
                <w:sz w:val="16"/>
              </w:rPr>
              <w:t>Podpis žadatele</w:t>
            </w:r>
          </w:p>
        </w:tc>
      </w:tr>
    </w:tbl>
    <w:p>
      <w:pPr>
        <w:spacing w:before="120" w:after="60"/>
      </w:pPr>
      <w:r>
        <w:rPr>
          <w:b/>
          <w:color w:val="5A5A5A"/>
          <w:sz w:val="20"/>
        </w:rPr>
        <w:t>Vyplní spolek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1F3F4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  <w:t>Datum doručení přihlášky: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1F3F4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  <w:t>Rozhodnutí o přijetí / datum:</w:t>
            </w:r>
          </w:p>
        </w:tc>
      </w:tr>
      <w:tr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1F3F4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  <w:t>Členské číslo:</w:t>
            </w:r>
          </w:p>
        </w:tc>
        <w:tc>
          <w:tcPr>
            <w:tcW w:type="dxa" w:w="51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1F3F4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9"/>
              </w:rPr>
              <w:t>Podpis oprávněné osoby: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Členská přihláška APS</dc:title>
  <dc:subject>Přihláška do Spolku pro atypické parkinsonské syndromy, z. s.</dc:subject>
  <dc:creator>Klempíř Jiří, doc. MUDr. Ph.D.</dc:creator>
  <keywords/>
  <dc:description>generated by python-docx</dc:description>
  <lastModifiedBy>Klempíř Jiří, doc. MUDr. Ph.D.</lastModifiedBy>
  <revision>1</revision>
  <dcterms:created xsi:type="dcterms:W3CDTF">2026-09-20T11:40:05.7982302Z</dcterms:created>
  <dcterms:modified xsi:type="dcterms:W3CDTF">2026-09-20T11:40:05.7982302Z</dcterms:modified>
  <category/>
</coreProperties>
</file>